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A2436" w14:textId="77777777" w:rsidR="00006053" w:rsidRDefault="00000000" w:rsidP="003E3393">
      <w:pPr>
        <w:pStyle w:val="Balk1"/>
        <w:spacing w:before="0" w:line="240" w:lineRule="auto"/>
        <w:jc w:val="center"/>
      </w:pPr>
      <w:r>
        <w:t>Yazar Bilgileri Dosyası</w:t>
      </w:r>
    </w:p>
    <w:p w14:paraId="02BE552F" w14:textId="77777777" w:rsidR="006425D5" w:rsidRDefault="006425D5" w:rsidP="003E3393">
      <w:pPr>
        <w:spacing w:line="240" w:lineRule="auto"/>
      </w:pPr>
    </w:p>
    <w:p w14:paraId="690C1ACF" w14:textId="6731B604" w:rsidR="00006053" w:rsidRDefault="00000000" w:rsidP="003E3393">
      <w:pPr>
        <w:spacing w:line="240" w:lineRule="auto"/>
      </w:pPr>
      <w:proofErr w:type="spellStart"/>
      <w:r>
        <w:t>Makale</w:t>
      </w:r>
      <w:r w:rsidR="006425D5">
        <w:t>nin</w:t>
      </w:r>
      <w:proofErr w:type="spellEnd"/>
      <w:r w:rsidR="006425D5">
        <w:t xml:space="preserve"> </w:t>
      </w:r>
      <w:proofErr w:type="spellStart"/>
      <w:r w:rsidR="006425D5">
        <w:t>Türkçe</w:t>
      </w:r>
      <w:proofErr w:type="spellEnd"/>
      <w:r w:rsidR="006425D5">
        <w:t xml:space="preserve"> </w:t>
      </w:r>
      <w:proofErr w:type="spellStart"/>
      <w:r>
        <w:t>Başlığı</w:t>
      </w:r>
      <w:proofErr w:type="spellEnd"/>
      <w:r>
        <w:t xml:space="preserve"> (</w:t>
      </w:r>
      <w:proofErr w:type="spellStart"/>
      <w:r>
        <w:t>Türkçe</w:t>
      </w:r>
      <w:proofErr w:type="spellEnd"/>
      <w:r>
        <w:t xml:space="preserve">): </w:t>
      </w:r>
    </w:p>
    <w:p w14:paraId="106D6652" w14:textId="7D3F16E2" w:rsidR="00006053" w:rsidRDefault="00000000" w:rsidP="003E3393">
      <w:pPr>
        <w:spacing w:line="240" w:lineRule="auto"/>
      </w:pPr>
      <w:proofErr w:type="spellStart"/>
      <w:r>
        <w:t>Makal</w:t>
      </w:r>
      <w:r w:rsidR="006425D5">
        <w:t>nin</w:t>
      </w:r>
      <w:proofErr w:type="spellEnd"/>
      <w:r w:rsidR="006425D5">
        <w:t xml:space="preserve"> </w:t>
      </w:r>
      <w:proofErr w:type="spellStart"/>
      <w:r w:rsidR="006425D5">
        <w:t>İngilizce</w:t>
      </w:r>
      <w:proofErr w:type="spellEnd"/>
      <w:r>
        <w:t xml:space="preserve"> </w:t>
      </w:r>
      <w:proofErr w:type="spellStart"/>
      <w:proofErr w:type="gramStart"/>
      <w:r>
        <w:t>Başlığı</w:t>
      </w:r>
      <w:proofErr w:type="spellEnd"/>
      <w:r>
        <w:t xml:space="preserve"> :</w:t>
      </w:r>
      <w:proofErr w:type="gramEnd"/>
    </w:p>
    <w:p w14:paraId="4FFB1993" w14:textId="77777777" w:rsidR="00006053" w:rsidRDefault="00006053" w:rsidP="003E3393">
      <w:pPr>
        <w:spacing w:line="240" w:lineRule="auto"/>
      </w:pPr>
    </w:p>
    <w:p w14:paraId="6F1108AC" w14:textId="43D3AE57" w:rsidR="00006053" w:rsidRDefault="00000000" w:rsidP="003E3393">
      <w:pPr>
        <w:pStyle w:val="Balk2"/>
        <w:spacing w:before="0" w:line="240" w:lineRule="auto"/>
      </w:pPr>
      <w:r>
        <w:t>Yazar(</w:t>
      </w:r>
      <w:proofErr w:type="spellStart"/>
      <w:r>
        <w:t>lar</w:t>
      </w:r>
      <w:r w:rsidR="006425D5">
        <w:t>ın</w:t>
      </w:r>
      <w:proofErr w:type="spellEnd"/>
      <w:r>
        <w:t xml:space="preserve">) </w:t>
      </w:r>
      <w:proofErr w:type="spellStart"/>
      <w:r>
        <w:t>Bilgileri</w:t>
      </w:r>
      <w:proofErr w:type="spellEnd"/>
    </w:p>
    <w:p w14:paraId="7B869A61" w14:textId="77777777" w:rsidR="00006053" w:rsidRDefault="00000000" w:rsidP="003E3393">
      <w:pPr>
        <w:spacing w:line="240" w:lineRule="auto"/>
      </w:pPr>
      <w:r>
        <w:t>1.</w:t>
      </w:r>
      <w:r w:rsidR="003E3393">
        <w:t xml:space="preserve"> </w:t>
      </w:r>
      <w:proofErr w:type="gramStart"/>
      <w:r w:rsidR="003E3393">
        <w:t xml:space="preserve">Yazar </w:t>
      </w:r>
      <w:r>
        <w:t xml:space="preserve"> </w:t>
      </w:r>
      <w:proofErr w:type="spellStart"/>
      <w:r>
        <w:t>Adı</w:t>
      </w:r>
      <w:proofErr w:type="spellEnd"/>
      <w:proofErr w:type="gramEnd"/>
      <w:r>
        <w:t xml:space="preserve"> Soyadı: ....................................................</w:t>
      </w:r>
    </w:p>
    <w:p w14:paraId="75DD6AA7" w14:textId="77777777" w:rsidR="00006053" w:rsidRDefault="00000000" w:rsidP="003E3393">
      <w:pPr>
        <w:spacing w:line="240" w:lineRule="auto"/>
      </w:pPr>
      <w:r>
        <w:t xml:space="preserve">   - Ünvan: ....................................................</w:t>
      </w:r>
    </w:p>
    <w:p w14:paraId="4A518CC4" w14:textId="77777777" w:rsidR="00006053" w:rsidRDefault="00000000" w:rsidP="003E3393">
      <w:pPr>
        <w:spacing w:line="240" w:lineRule="auto"/>
      </w:pPr>
      <w:r>
        <w:t xml:space="preserve">   - Kurum: .............................</w:t>
      </w:r>
      <w:r w:rsidR="003E3393">
        <w:t>...................</w:t>
      </w:r>
    </w:p>
    <w:p w14:paraId="35921E09" w14:textId="77777777" w:rsidR="00006053" w:rsidRDefault="00000000" w:rsidP="003E3393">
      <w:pPr>
        <w:spacing w:line="240" w:lineRule="auto"/>
      </w:pPr>
      <w:r>
        <w:t xml:space="preserve">   - E-posta: ....................................................</w:t>
      </w:r>
    </w:p>
    <w:p w14:paraId="41970926" w14:textId="77777777" w:rsidR="00006053" w:rsidRDefault="00000000" w:rsidP="003E3393">
      <w:pPr>
        <w:spacing w:line="240" w:lineRule="auto"/>
      </w:pPr>
      <w:r>
        <w:t xml:space="preserve">   - Telefon: ....................................................</w:t>
      </w:r>
    </w:p>
    <w:p w14:paraId="5A46D464" w14:textId="77777777" w:rsidR="00006053" w:rsidRDefault="00000000" w:rsidP="003E3393">
      <w:pPr>
        <w:spacing w:line="240" w:lineRule="auto"/>
      </w:pPr>
      <w:r>
        <w:t xml:space="preserve">   - ORCID: ....................................................</w:t>
      </w:r>
      <w:r>
        <w:br/>
      </w:r>
    </w:p>
    <w:p w14:paraId="6A4ED525" w14:textId="77777777" w:rsidR="00006053" w:rsidRDefault="00000000" w:rsidP="003E3393">
      <w:pPr>
        <w:spacing w:line="240" w:lineRule="auto"/>
      </w:pPr>
      <w:r>
        <w:t>2.</w:t>
      </w:r>
      <w:r w:rsidR="003E3393">
        <w:t xml:space="preserve"> Yazar</w:t>
      </w:r>
      <w:r>
        <w:t xml:space="preserve"> Adı Soyadı: ....................................................</w:t>
      </w:r>
    </w:p>
    <w:p w14:paraId="6D53DDF5" w14:textId="77777777" w:rsidR="00006053" w:rsidRDefault="00000000" w:rsidP="003E3393">
      <w:pPr>
        <w:spacing w:line="240" w:lineRule="auto"/>
      </w:pPr>
      <w:r>
        <w:t xml:space="preserve">   - Ünvan: ....................................................</w:t>
      </w:r>
    </w:p>
    <w:p w14:paraId="4576E0F6" w14:textId="77777777" w:rsidR="00006053" w:rsidRDefault="00000000" w:rsidP="003E3393">
      <w:pPr>
        <w:spacing w:line="240" w:lineRule="auto"/>
      </w:pPr>
      <w:r>
        <w:t xml:space="preserve">   - Kurum: .............................</w:t>
      </w:r>
      <w:r w:rsidR="003E3393">
        <w:t>..........................</w:t>
      </w:r>
    </w:p>
    <w:p w14:paraId="7CA11900" w14:textId="77777777" w:rsidR="00006053" w:rsidRDefault="00000000" w:rsidP="003E3393">
      <w:pPr>
        <w:spacing w:line="240" w:lineRule="auto"/>
      </w:pPr>
      <w:r>
        <w:t xml:space="preserve">   - E-posta: ....................................................</w:t>
      </w:r>
    </w:p>
    <w:p w14:paraId="4B491AD2" w14:textId="77777777" w:rsidR="00006053" w:rsidRDefault="00000000" w:rsidP="003E3393">
      <w:pPr>
        <w:spacing w:line="240" w:lineRule="auto"/>
      </w:pPr>
      <w:r>
        <w:t xml:space="preserve">   - Telefon: ....................................................</w:t>
      </w:r>
    </w:p>
    <w:p w14:paraId="4E96D403" w14:textId="77777777" w:rsidR="00006053" w:rsidRDefault="00000000" w:rsidP="003E3393">
      <w:pPr>
        <w:spacing w:line="240" w:lineRule="auto"/>
      </w:pPr>
      <w:r>
        <w:t xml:space="preserve">   - ORCID: ....................................................</w:t>
      </w:r>
      <w:r>
        <w:br/>
      </w:r>
    </w:p>
    <w:p w14:paraId="0B505C3F" w14:textId="77777777" w:rsidR="00006053" w:rsidRDefault="00000000" w:rsidP="003E3393">
      <w:pPr>
        <w:spacing w:line="240" w:lineRule="auto"/>
      </w:pPr>
      <w:r>
        <w:t>(Yazar sıralaması makale başvurusunda olduğu şekilde verilmelidir.)</w:t>
      </w:r>
    </w:p>
    <w:p w14:paraId="4C2BA9CD" w14:textId="77777777" w:rsidR="006425D5" w:rsidRDefault="006425D5" w:rsidP="003E3393">
      <w:pPr>
        <w:pStyle w:val="Balk2"/>
        <w:spacing w:before="0" w:line="240" w:lineRule="auto"/>
      </w:pPr>
    </w:p>
    <w:p w14:paraId="16BE433C" w14:textId="0BEADCF7" w:rsidR="00006053" w:rsidRDefault="00000000" w:rsidP="003E3393">
      <w:pPr>
        <w:pStyle w:val="Balk2"/>
        <w:spacing w:before="0" w:line="240" w:lineRule="auto"/>
      </w:pPr>
      <w:proofErr w:type="spellStart"/>
      <w:r>
        <w:t>Araştırmacıların</w:t>
      </w:r>
      <w:proofErr w:type="spellEnd"/>
      <w:r>
        <w:t xml:space="preserve"> </w:t>
      </w:r>
      <w:proofErr w:type="spellStart"/>
      <w:r>
        <w:t>Katkı</w:t>
      </w:r>
      <w:proofErr w:type="spellEnd"/>
      <w:r>
        <w:t xml:space="preserve"> </w:t>
      </w:r>
      <w:proofErr w:type="spellStart"/>
      <w:r>
        <w:t>Oranı</w:t>
      </w:r>
      <w:proofErr w:type="spellEnd"/>
      <w:r>
        <w:t xml:space="preserve"> </w:t>
      </w:r>
      <w:proofErr w:type="spellStart"/>
      <w:r>
        <w:t>Beyanı</w:t>
      </w:r>
      <w:proofErr w:type="spellEnd"/>
      <w:r w:rsidR="006425D5">
        <w:t xml:space="preserve"> (</w:t>
      </w:r>
      <w:proofErr w:type="spellStart"/>
      <w:r w:rsidR="006425D5" w:rsidRPr="006425D5">
        <w:t>Çok</w:t>
      </w:r>
      <w:proofErr w:type="spellEnd"/>
      <w:r w:rsidR="006425D5" w:rsidRPr="006425D5">
        <w:t xml:space="preserve"> </w:t>
      </w:r>
      <w:proofErr w:type="spellStart"/>
      <w:r w:rsidR="006425D5" w:rsidRPr="006425D5">
        <w:t>yazarlı</w:t>
      </w:r>
      <w:proofErr w:type="spellEnd"/>
      <w:r w:rsidR="006425D5" w:rsidRPr="006425D5">
        <w:t xml:space="preserve"> </w:t>
      </w:r>
      <w:proofErr w:type="spellStart"/>
      <w:r w:rsidR="006425D5" w:rsidRPr="006425D5">
        <w:t>çalışmalar</w:t>
      </w:r>
      <w:proofErr w:type="spellEnd"/>
      <w:r w:rsidR="006425D5" w:rsidRPr="006425D5">
        <w:t xml:space="preserve"> </w:t>
      </w:r>
      <w:proofErr w:type="spellStart"/>
      <w:r w:rsidR="006425D5" w:rsidRPr="006425D5">
        <w:t>için</w:t>
      </w:r>
      <w:proofErr w:type="spellEnd"/>
      <w:r w:rsidR="006425D5" w:rsidRPr="006425D5">
        <w:t xml:space="preserve"> </w:t>
      </w:r>
      <w:proofErr w:type="spellStart"/>
      <w:r w:rsidR="006425D5" w:rsidRPr="006425D5">
        <w:t>beyan</w:t>
      </w:r>
      <w:proofErr w:type="spellEnd"/>
      <w:r w:rsidR="006425D5" w:rsidRPr="006425D5">
        <w:t xml:space="preserve"> </w:t>
      </w:r>
      <w:proofErr w:type="spellStart"/>
      <w:r w:rsidR="006425D5" w:rsidRPr="006425D5">
        <w:t>gereklidir</w:t>
      </w:r>
      <w:proofErr w:type="spellEnd"/>
      <w:r w:rsidR="006425D5">
        <w:t>)</w:t>
      </w:r>
    </w:p>
    <w:p w14:paraId="1C260EDE" w14:textId="44FC45AB" w:rsidR="00006053" w:rsidRDefault="00000000" w:rsidP="003E3393">
      <w:pPr>
        <w:spacing w:line="240" w:lineRule="auto"/>
      </w:pPr>
      <w:r>
        <w:t xml:space="preserve">Birinci </w:t>
      </w:r>
      <w:proofErr w:type="spellStart"/>
      <w:r>
        <w:t>yazar</w:t>
      </w:r>
      <w:proofErr w:type="spellEnd"/>
      <w:r>
        <w:t xml:space="preserve"> ………………… </w:t>
      </w:r>
      <w:proofErr w:type="spellStart"/>
      <w:r>
        <w:t>ve</w:t>
      </w:r>
      <w:proofErr w:type="spellEnd"/>
      <w:r>
        <w:t xml:space="preserve"> </w:t>
      </w:r>
      <w:proofErr w:type="spellStart"/>
      <w:r>
        <w:t>ikinci</w:t>
      </w:r>
      <w:proofErr w:type="spellEnd"/>
      <w:r>
        <w:t xml:space="preserve"> yazar …………………, *………………* adlı çalışmaya araştırma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yazım</w:t>
      </w:r>
      <w:proofErr w:type="spellEnd"/>
      <w:r>
        <w:t xml:space="preserve"> </w:t>
      </w:r>
      <w:proofErr w:type="spellStart"/>
      <w:r>
        <w:t>aşamasında</w:t>
      </w:r>
      <w:proofErr w:type="spellEnd"/>
      <w:r>
        <w:t xml:space="preserve"> </w:t>
      </w:r>
      <w:r w:rsidR="006425D5">
        <w:t>………</w:t>
      </w:r>
      <w:proofErr w:type="gramStart"/>
      <w:r w:rsidR="006425D5">
        <w:t>…..</w:t>
      </w:r>
      <w:proofErr w:type="gramEnd"/>
      <w:r>
        <w:t xml:space="preserve"> derecede katkıda bulunmuşlardır.</w:t>
      </w:r>
    </w:p>
    <w:p w14:paraId="7B152BB8" w14:textId="77777777" w:rsidR="00006053" w:rsidRDefault="00000000" w:rsidP="003E3393">
      <w:pPr>
        <w:spacing w:line="240" w:lineRule="auto"/>
      </w:pPr>
      <w:r>
        <w:t>---</w:t>
      </w:r>
    </w:p>
    <w:p w14:paraId="763B2036" w14:textId="1D4E8705" w:rsidR="00006053" w:rsidRDefault="00000000" w:rsidP="003E3393">
      <w:pPr>
        <w:pStyle w:val="Balk2"/>
        <w:spacing w:before="0" w:line="240" w:lineRule="auto"/>
      </w:pPr>
      <w:proofErr w:type="spellStart"/>
      <w:r>
        <w:t>Çıkar</w:t>
      </w:r>
      <w:proofErr w:type="spellEnd"/>
      <w:r>
        <w:t xml:space="preserve"> </w:t>
      </w:r>
      <w:proofErr w:type="spellStart"/>
      <w:r>
        <w:t>Çatışması</w:t>
      </w:r>
      <w:proofErr w:type="spellEnd"/>
      <w:r>
        <w:t xml:space="preserve"> </w:t>
      </w:r>
      <w:proofErr w:type="spellStart"/>
      <w:r>
        <w:t>Beyanı</w:t>
      </w:r>
      <w:proofErr w:type="spellEnd"/>
      <w:r w:rsidR="006425D5">
        <w:t xml:space="preserve"> (</w:t>
      </w:r>
      <w:proofErr w:type="spellStart"/>
      <w:r w:rsidR="006425D5" w:rsidRPr="006425D5">
        <w:t>Çıkar</w:t>
      </w:r>
      <w:proofErr w:type="spellEnd"/>
      <w:r w:rsidR="006425D5" w:rsidRPr="006425D5">
        <w:t xml:space="preserve"> </w:t>
      </w:r>
      <w:proofErr w:type="spellStart"/>
      <w:r w:rsidR="006425D5" w:rsidRPr="006425D5">
        <w:t>çatışması</w:t>
      </w:r>
      <w:proofErr w:type="spellEnd"/>
      <w:r w:rsidR="006425D5" w:rsidRPr="006425D5">
        <w:t xml:space="preserve"> var </w:t>
      </w:r>
      <w:proofErr w:type="spellStart"/>
      <w:r w:rsidR="006425D5" w:rsidRPr="006425D5">
        <w:t>mı</w:t>
      </w:r>
      <w:proofErr w:type="spellEnd"/>
      <w:r w:rsidR="006425D5" w:rsidRPr="006425D5">
        <w:t xml:space="preserve">? Varsa </w:t>
      </w:r>
      <w:proofErr w:type="spellStart"/>
      <w:r w:rsidR="006425D5" w:rsidRPr="006425D5">
        <w:t>belirtiniz</w:t>
      </w:r>
      <w:proofErr w:type="spellEnd"/>
      <w:r w:rsidR="006425D5" w:rsidRPr="006425D5">
        <w:t>.</w:t>
      </w:r>
      <w:r w:rsidR="006425D5">
        <w:t>)</w:t>
      </w:r>
    </w:p>
    <w:p w14:paraId="554FA6E2" w14:textId="03E9C488" w:rsidR="00006053" w:rsidRDefault="006425D5" w:rsidP="003E3393">
      <w:pPr>
        <w:spacing w:line="240" w:lineRule="auto"/>
      </w:pPr>
      <w:proofErr w:type="spellStart"/>
      <w:r>
        <w:t>Y</w:t>
      </w:r>
      <w:r w:rsidR="00000000">
        <w:t>azarlar</w:t>
      </w:r>
      <w:proofErr w:type="spellEnd"/>
      <w:r w:rsidR="00000000">
        <w:t xml:space="preserve"> </w:t>
      </w:r>
      <w:proofErr w:type="spellStart"/>
      <w:r w:rsidR="00000000">
        <w:t>arasında</w:t>
      </w:r>
      <w:proofErr w:type="spellEnd"/>
      <w:r w:rsidR="00000000">
        <w:t xml:space="preserve"> </w:t>
      </w:r>
      <w:proofErr w:type="spellStart"/>
      <w:r w:rsidR="00000000">
        <w:t>veya</w:t>
      </w:r>
      <w:proofErr w:type="spellEnd"/>
      <w:r w:rsidR="00000000">
        <w:t xml:space="preserve"> </w:t>
      </w:r>
      <w:proofErr w:type="spellStart"/>
      <w:r w:rsidR="00000000">
        <w:t>kurum</w:t>
      </w:r>
      <w:proofErr w:type="spellEnd"/>
      <w:r w:rsidR="00000000">
        <w:t>, kuruluş ve kişiler ile herhangi bir çıkar çatışması bulunmamaktadır.</w:t>
      </w:r>
    </w:p>
    <w:p w14:paraId="6BC22243" w14:textId="77777777" w:rsidR="00006053" w:rsidRDefault="00000000" w:rsidP="003E3393">
      <w:pPr>
        <w:spacing w:line="240" w:lineRule="auto"/>
      </w:pPr>
      <w:r>
        <w:t>---</w:t>
      </w:r>
    </w:p>
    <w:p w14:paraId="2D8BB5DA" w14:textId="1C022395" w:rsidR="006425D5" w:rsidRPr="006425D5" w:rsidRDefault="00000000" w:rsidP="006425D5">
      <w:pPr>
        <w:pStyle w:val="Balk2"/>
        <w:rPr>
          <w:lang w:val="tr-TR"/>
        </w:rPr>
      </w:pPr>
      <w:proofErr w:type="spellStart"/>
      <w:r>
        <w:t>Destek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Beyanı</w:t>
      </w:r>
      <w:proofErr w:type="spellEnd"/>
      <w:r w:rsidR="006425D5">
        <w:t xml:space="preserve"> (</w:t>
      </w:r>
      <w:r w:rsidR="006425D5" w:rsidRPr="006425D5">
        <w:rPr>
          <w:lang w:val="tr-TR"/>
        </w:rPr>
        <w:t xml:space="preserve">Destek ve </w:t>
      </w:r>
      <w:proofErr w:type="spellStart"/>
      <w:r w:rsidR="006425D5" w:rsidRPr="006425D5">
        <w:rPr>
          <w:lang w:val="tr-TR"/>
        </w:rPr>
        <w:t>eşekkür</w:t>
      </w:r>
      <w:proofErr w:type="spellEnd"/>
      <w:r w:rsidR="006425D5" w:rsidRPr="006425D5">
        <w:rPr>
          <w:lang w:val="tr-TR"/>
        </w:rPr>
        <w:t xml:space="preserve"> açıklaması var mı? Varsa belirtiniz</w:t>
      </w:r>
      <w:proofErr w:type="gramStart"/>
      <w:r w:rsidR="006425D5" w:rsidRPr="006425D5">
        <w:rPr>
          <w:lang w:val="tr-TR"/>
        </w:rPr>
        <w:t xml:space="preserve">. </w:t>
      </w:r>
      <w:r w:rsidR="006425D5">
        <w:rPr>
          <w:lang w:val="tr-TR"/>
        </w:rPr>
        <w:t>)</w:t>
      </w:r>
      <w:proofErr w:type="gramEnd"/>
    </w:p>
    <w:p w14:paraId="11A94F57" w14:textId="63CC4582" w:rsidR="00006053" w:rsidRDefault="00006053" w:rsidP="003E3393">
      <w:pPr>
        <w:pStyle w:val="Balk2"/>
        <w:spacing w:before="0" w:line="240" w:lineRule="auto"/>
      </w:pPr>
    </w:p>
    <w:p w14:paraId="27557EC5" w14:textId="7D0C3197" w:rsidR="00006053" w:rsidRDefault="00000000" w:rsidP="003E3393">
      <w:pPr>
        <w:spacing w:line="240" w:lineRule="auto"/>
      </w:pPr>
      <w:r>
        <w:t xml:space="preserve">Bu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kapsamında yürütülmüştür. Veri sağlama konusunda destek veren kurum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kişilere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edilir</w:t>
      </w:r>
      <w:proofErr w:type="spellEnd"/>
      <w:r>
        <w:t>.</w:t>
      </w:r>
      <w:r w:rsidR="006425D5">
        <w:t xml:space="preserve"> </w:t>
      </w:r>
      <w:proofErr w:type="spellStart"/>
      <w:r w:rsidR="006425D5">
        <w:t>Çalışma</w:t>
      </w:r>
      <w:proofErr w:type="spellEnd"/>
      <w:r w:rsidR="006425D5">
        <w:t xml:space="preserve"> </w:t>
      </w:r>
      <w:proofErr w:type="spellStart"/>
      <w:proofErr w:type="gramStart"/>
      <w:r w:rsidR="006425D5">
        <w:t>için</w:t>
      </w:r>
      <w:proofErr w:type="spellEnd"/>
      <w:r w:rsidR="006425D5">
        <w:t xml:space="preserve">  …</w:t>
      </w:r>
      <w:proofErr w:type="gramEnd"/>
      <w:r w:rsidR="006425D5">
        <w:t>……………. ‘</w:t>
      </w:r>
      <w:proofErr w:type="gramStart"/>
      <w:r w:rsidR="006425D5">
        <w:t>dan</w:t>
      </w:r>
      <w:proofErr w:type="gramEnd"/>
      <w:r w:rsidR="006425D5">
        <w:t xml:space="preserve"> </w:t>
      </w:r>
      <w:proofErr w:type="spellStart"/>
      <w:r w:rsidR="006425D5">
        <w:t>finansal</w:t>
      </w:r>
      <w:proofErr w:type="spellEnd"/>
      <w:r w:rsidR="006425D5">
        <w:t xml:space="preserve"> </w:t>
      </w:r>
      <w:proofErr w:type="spellStart"/>
      <w:r w:rsidR="006425D5">
        <w:t>destek</w:t>
      </w:r>
      <w:proofErr w:type="spellEnd"/>
      <w:r w:rsidR="006425D5">
        <w:t xml:space="preserve"> </w:t>
      </w:r>
      <w:proofErr w:type="spellStart"/>
      <w:r w:rsidR="006425D5">
        <w:t>alınmıştır</w:t>
      </w:r>
      <w:proofErr w:type="spellEnd"/>
      <w:r w:rsidR="006425D5">
        <w:t xml:space="preserve">. </w:t>
      </w:r>
    </w:p>
    <w:sectPr w:rsidR="00006053" w:rsidSect="006425D5">
      <w:pgSz w:w="12240" w:h="15840"/>
      <w:pgMar w:top="851" w:right="1800" w:bottom="62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3765766">
    <w:abstractNumId w:val="8"/>
  </w:num>
  <w:num w:numId="2" w16cid:durableId="224031205">
    <w:abstractNumId w:val="6"/>
  </w:num>
  <w:num w:numId="3" w16cid:durableId="527138407">
    <w:abstractNumId w:val="5"/>
  </w:num>
  <w:num w:numId="4" w16cid:durableId="253441228">
    <w:abstractNumId w:val="4"/>
  </w:num>
  <w:num w:numId="5" w16cid:durableId="2127962653">
    <w:abstractNumId w:val="7"/>
  </w:num>
  <w:num w:numId="6" w16cid:durableId="1935899590">
    <w:abstractNumId w:val="3"/>
  </w:num>
  <w:num w:numId="7" w16cid:durableId="1977681584">
    <w:abstractNumId w:val="2"/>
  </w:num>
  <w:num w:numId="8" w16cid:durableId="1478570130">
    <w:abstractNumId w:val="1"/>
  </w:num>
  <w:num w:numId="9" w16cid:durableId="205766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053"/>
    <w:rsid w:val="00034616"/>
    <w:rsid w:val="0006063C"/>
    <w:rsid w:val="0015074B"/>
    <w:rsid w:val="0029639D"/>
    <w:rsid w:val="00326F90"/>
    <w:rsid w:val="003E3393"/>
    <w:rsid w:val="006425D5"/>
    <w:rsid w:val="008418B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82892"/>
  <w14:defaultImageDpi w14:val="300"/>
  <w15:docId w15:val="{F505AF3A-A9C7-204E-B1FA-99FAE91F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Omer Ceylan</cp:lastModifiedBy>
  <cp:revision>3</cp:revision>
  <dcterms:created xsi:type="dcterms:W3CDTF">2025-12-03T08:35:00Z</dcterms:created>
  <dcterms:modified xsi:type="dcterms:W3CDTF">2026-09-22T07:03:00Z</dcterms:modified>
  <cp:category/>
</cp:coreProperties>
</file>